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 w:val="0"/>
          <w:i/>
          <w:sz w:val="20"/>
        </w:rPr>
        <w:t>Manuscript template</w:t>
      </w:r>
    </w:p>
    <w:p>
      <w:pPr>
        <w:spacing w:after="240"/>
        <w:jc w:val="center"/>
      </w:pPr>
      <w:r>
        <w:rPr>
          <w:b/>
          <w:i w:val="0"/>
          <w:sz w:val="32"/>
        </w:rPr>
        <w:t>Title of the Paper (Title Case, Maximum 20 Words)</w:t>
      </w:r>
    </w:p>
    <w:p>
      <w:pPr>
        <w:spacing w:after="120"/>
        <w:jc w:val="center"/>
      </w:pPr>
      <w:r>
        <w:rPr>
          <w:b w:val="0"/>
          <w:i w:val="0"/>
        </w:rPr>
        <w:t>First Author Name¹, Second Author Name², Third Author Name¹*</w:t>
      </w:r>
    </w:p>
    <w:p>
      <w:pPr>
        <w:spacing w:after="0"/>
        <w:jc w:val="center"/>
      </w:pPr>
      <w:r>
        <w:rPr>
          <w:b w:val="0"/>
          <w:i w:val="0"/>
          <w:sz w:val="20"/>
        </w:rPr>
        <w:t>¹ Department, University, City, Country</w:t>
      </w:r>
    </w:p>
    <w:p>
      <w:pPr>
        <w:spacing w:after="0"/>
        <w:jc w:val="center"/>
      </w:pPr>
      <w:r>
        <w:rPr>
          <w:b w:val="0"/>
          <w:i w:val="0"/>
          <w:sz w:val="20"/>
        </w:rPr>
        <w:t>² Department, University, City, Country</w:t>
      </w:r>
    </w:p>
    <w:p>
      <w:pPr>
        <w:spacing w:after="0"/>
        <w:jc w:val="center"/>
      </w:pPr>
      <w:r>
        <w:rPr>
          <w:b w:val="0"/>
          <w:i w:val="0"/>
          <w:sz w:val="20"/>
        </w:rPr>
        <w:t>ORCID iDs: First Author https://orcid.org/0000-0000-0000-0000 (one line per author)</w:t>
      </w:r>
    </w:p>
    <w:p>
      <w:pPr>
        <w:spacing w:after="240"/>
        <w:jc w:val="center"/>
      </w:pPr>
      <w:r>
        <w:rPr>
          <w:b w:val="0"/>
          <w:i w:val="0"/>
          <w:sz w:val="20"/>
        </w:rPr>
        <w:t>* Corresponding author: name@institution.edu</w:t>
      </w:r>
    </w:p>
    <w:p>
      <w:pPr>
        <w:spacing w:after="240"/>
      </w:pPr>
      <w:r>
        <w:rPr>
          <w:b w:val="0"/>
          <w:i/>
          <w:sz w:val="18"/>
        </w:rPr>
        <w:t>Note: for double-blind review, also send a copy with all names, affiliations and acknowledgements removed.</w:t>
      </w:r>
    </w:p>
    <w:p>
      <w:pPr>
        <w:spacing w:after="120"/>
      </w:pPr>
      <w:r>
        <w:rPr>
          <w:b/>
          <w:i w:val="0"/>
        </w:rPr>
        <w:t xml:space="preserve">Abstract: </w:t>
      </w:r>
      <w:r>
        <w:rPr>
          <w:i/>
        </w:rPr>
        <w:t>Write 150–250 words in one paragraph: the purpose of the study, the method, the main results and the main conclusion. Do not cite references or use abbreviations that are not defined.</w:t>
      </w:r>
    </w:p>
    <w:p>
      <w:pPr>
        <w:spacing w:after="240"/>
      </w:pPr>
      <w:r>
        <w:rPr>
          <w:b/>
          <w:i w:val="0"/>
        </w:rPr>
        <w:t xml:space="preserve">Keywords: </w:t>
      </w:r>
      <w:r>
        <w:t>four to six keywords, separated by commas</w:t>
      </w:r>
    </w:p>
    <w:p>
      <w:pPr>
        <w:spacing w:after="80"/>
      </w:pPr>
      <w:r>
        <w:rPr>
          <w:b/>
          <w:i w:val="0"/>
          <w:sz w:val="26"/>
        </w:rPr>
        <w:t>1. Introduction</w:t>
      </w:r>
    </w:p>
    <w:p>
      <w:pPr>
        <w:spacing w:after="120"/>
      </w:pPr>
      <w:r>
        <w:rPr>
          <w:b w:val="0"/>
          <w:i w:val="0"/>
        </w:rPr>
        <w:t>State the problem, why it matters, what is already known and the aim of this paper.</w:t>
      </w:r>
    </w:p>
    <w:p>
      <w:pPr>
        <w:spacing w:after="80"/>
      </w:pPr>
      <w:r>
        <w:rPr>
          <w:b/>
          <w:i w:val="0"/>
          <w:sz w:val="26"/>
        </w:rPr>
        <w:t>2. Literature Review</w:t>
      </w:r>
    </w:p>
    <w:p>
      <w:pPr>
        <w:spacing w:after="120"/>
      </w:pPr>
      <w:r>
        <w:rPr>
          <w:b w:val="0"/>
          <w:i w:val="0"/>
        </w:rPr>
        <w:t>Summarise relevant recent work and the gap this study addresses.</w:t>
      </w:r>
    </w:p>
    <w:p>
      <w:pPr>
        <w:spacing w:after="80"/>
      </w:pPr>
      <w:r>
        <w:rPr>
          <w:b/>
          <w:i w:val="0"/>
          <w:sz w:val="26"/>
        </w:rPr>
        <w:t>3. Materials and Methods</w:t>
      </w:r>
    </w:p>
    <w:p>
      <w:pPr>
        <w:spacing w:after="120"/>
      </w:pPr>
      <w:r>
        <w:rPr>
          <w:b w:val="0"/>
          <w:i w:val="0"/>
        </w:rPr>
        <w:t>Describe the design, data or sample, tools and analysis in enough detail for others to repeat the work. Include ethics approval and consent where needed.</w:t>
      </w:r>
    </w:p>
    <w:p>
      <w:pPr>
        <w:spacing w:after="80"/>
      </w:pPr>
      <w:r>
        <w:rPr>
          <w:b/>
          <w:i w:val="0"/>
          <w:sz w:val="26"/>
        </w:rPr>
        <w:t>4. Results</w:t>
      </w:r>
    </w:p>
    <w:p>
      <w:pPr>
        <w:spacing w:after="120"/>
      </w:pPr>
      <w:r>
        <w:rPr>
          <w:b w:val="0"/>
          <w:i w:val="0"/>
        </w:rPr>
        <w:t>Present the findings. Number tables and figures in order and cite each one in the text.</w:t>
      </w:r>
    </w:p>
    <w:p>
      <w:pPr>
        <w:spacing w:after="80"/>
      </w:pPr>
      <w:r>
        <w:rPr>
          <w:b/>
          <w:i w:val="0"/>
          <w:sz w:val="26"/>
        </w:rPr>
        <w:t>5. Discussion</w:t>
      </w:r>
    </w:p>
    <w:p>
      <w:pPr>
        <w:spacing w:after="120"/>
      </w:pPr>
      <w:r>
        <w:rPr>
          <w:b w:val="0"/>
          <w:i w:val="0"/>
        </w:rPr>
        <w:t>Explain what the results mean, compare them with earlier studies and note limitations.</w:t>
      </w:r>
    </w:p>
    <w:p>
      <w:pPr>
        <w:spacing w:after="80"/>
      </w:pPr>
      <w:r>
        <w:rPr>
          <w:b/>
          <w:i w:val="0"/>
          <w:sz w:val="26"/>
        </w:rPr>
        <w:t>6. Conclusion</w:t>
      </w:r>
    </w:p>
    <w:p>
      <w:pPr>
        <w:spacing w:after="120"/>
      </w:pPr>
      <w:r>
        <w:rPr>
          <w:b w:val="0"/>
          <w:i w:val="0"/>
        </w:rPr>
        <w:t>Give the main conclusions and, where useful, recommendations or future work.</w:t>
      </w:r>
    </w:p>
    <w:p>
      <w:pPr>
        <w:spacing w:after="40"/>
      </w:pPr>
      <w:r>
        <w:rPr>
          <w:b/>
          <w:i w:val="0"/>
          <w:sz w:val="20"/>
        </w:rPr>
        <w:t>Table 1. Table title (above the 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t>Column 1</w:t>
            </w:r>
          </w:p>
        </w:tc>
        <w:tc>
          <w:tcPr>
            <w:tcW w:type="dxa" w:w="3120"/>
          </w:tcPr>
          <w:p>
            <w:r>
              <w:t>Column 2</w:t>
            </w:r>
          </w:p>
        </w:tc>
        <w:tc>
          <w:tcPr>
            <w:tcW w:type="dxa" w:w="3120"/>
          </w:tcPr>
          <w:p>
            <w:r>
              <w:t>Column 3</w:t>
            </w:r>
          </w:p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spacing w:after="200"/>
      </w:pPr>
      <w:r>
        <w:rPr>
          <w:b w:val="0"/>
          <w:i/>
          <w:sz w:val="18"/>
        </w:rPr>
        <w:t>Source: state the source if the table is not your own.</w:t>
      </w:r>
    </w:p>
    <w:p>
      <w:pPr>
        <w:spacing w:after="40"/>
        <w:jc w:val="center"/>
      </w:pPr>
      <w:r>
        <w:rPr>
          <w:b w:val="0"/>
          <w:i w:val="0"/>
        </w:rPr>
        <w:t>[Figure here]</w:t>
      </w:r>
    </w:p>
    <w:p>
      <w:pPr>
        <w:spacing w:after="240"/>
        <w:jc w:val="center"/>
      </w:pPr>
      <w:r>
        <w:rPr>
          <w:b/>
          <w:i w:val="0"/>
          <w:sz w:val="20"/>
        </w:rPr>
        <w:t>Figure 1. Figure caption (below the figure)</w:t>
      </w:r>
    </w:p>
    <w:p>
      <w:pPr>
        <w:spacing w:after="40"/>
      </w:pPr>
      <w:r>
        <w:rPr>
          <w:b/>
          <w:i w:val="0"/>
        </w:rPr>
        <w:t>Acknowledgements</w:t>
      </w:r>
    </w:p>
    <w:p>
      <w:pPr>
        <w:spacing w:after="120"/>
      </w:pPr>
      <w:r>
        <w:rPr>
          <w:b w:val="0"/>
          <w:i w:val="0"/>
        </w:rPr>
        <w:t>Thank people or funders who helped (remove from the blind copy).</w:t>
      </w:r>
    </w:p>
    <w:p>
      <w:pPr>
        <w:spacing w:after="40"/>
      </w:pPr>
      <w:r>
        <w:rPr>
          <w:b/>
          <w:i w:val="0"/>
        </w:rPr>
        <w:t>Funding</w:t>
      </w:r>
    </w:p>
    <w:p>
      <w:pPr>
        <w:spacing w:after="120"/>
      </w:pPr>
      <w:r>
        <w:rPr>
          <w:b w:val="0"/>
          <w:i w:val="0"/>
        </w:rPr>
        <w:t>State the funding source and grant number, or write “This research received no external funding.”</w:t>
      </w:r>
    </w:p>
    <w:p>
      <w:pPr>
        <w:spacing w:after="40"/>
      </w:pPr>
      <w:r>
        <w:rPr>
          <w:b/>
          <w:i w:val="0"/>
        </w:rPr>
        <w:t>Conflict of Interest</w:t>
      </w:r>
    </w:p>
    <w:p>
      <w:pPr>
        <w:spacing w:after="120"/>
      </w:pPr>
      <w:r>
        <w:rPr>
          <w:b w:val="0"/>
          <w:i w:val="0"/>
        </w:rPr>
        <w:t>Declare any conflict of interest, or write “The authors declare no conflict of interest.”</w:t>
      </w:r>
    </w:p>
    <w:p>
      <w:pPr>
        <w:spacing w:after="40"/>
      </w:pPr>
      <w:r>
        <w:rPr>
          <w:b/>
          <w:i w:val="0"/>
        </w:rPr>
        <w:t>Data Availability</w:t>
      </w:r>
    </w:p>
    <w:p>
      <w:pPr>
        <w:spacing w:after="120"/>
      </w:pPr>
      <w:r>
        <w:rPr>
          <w:b w:val="0"/>
          <w:i w:val="0"/>
        </w:rPr>
        <w:t>Say where the data can be found, or why it cannot be shared.</w:t>
      </w:r>
    </w:p>
    <w:p>
      <w:pPr>
        <w:spacing w:after="40"/>
      </w:pPr>
      <w:r>
        <w:rPr>
          <w:b/>
          <w:i w:val="0"/>
        </w:rPr>
        <w:t>Use of AI Tools</w:t>
      </w:r>
    </w:p>
    <w:p>
      <w:pPr>
        <w:spacing w:after="120"/>
      </w:pPr>
      <w:r>
        <w:rPr>
          <w:b w:val="0"/>
          <w:i w:val="0"/>
        </w:rPr>
        <w:t>Say whether and how AI tools were used, in line with the journal’s AI policy.</w:t>
      </w:r>
    </w:p>
    <w:p>
      <w:pPr>
        <w:spacing w:after="80"/>
      </w:pPr>
      <w:r>
        <w:rPr>
          <w:b/>
          <w:i w:val="0"/>
          <w:sz w:val="26"/>
        </w:rPr>
        <w:t>References</w:t>
      </w:r>
    </w:p>
    <w:p>
      <w:pPr>
        <w:spacing w:after="120"/>
      </w:pPr>
      <w:r>
        <w:rPr>
          <w:b w:val="0"/>
          <w:i/>
        </w:rPr>
        <w:t>List every work cited in the text, in the citation style given in the journal’s guide for authors. Include the DOI where one exists.</w:t>
      </w:r>
    </w:p>
    <w:p>
      <w:pPr>
        <w:spacing w:after="120"/>
      </w:pPr>
      <w:r>
        <w:rPr>
          <w:b w:val="0"/>
          <w:i w:val="0"/>
        </w:rPr>
        <w:t>[1] Author, A. A., &amp; Author, B. B. (Year). Title of the article. Journal Name, Volume(Issue), pages. https://doi.org/xx.xxxx/xxxxx</w:t>
      </w:r>
    </w:p>
    <w:sectPr w:rsidR="00FC693F" w:rsidRPr="0006063C" w:rsidSect="0003461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color w:val="555555"/>
        <w:sz w:val="18"/>
      </w:rPr>
      <w:t>International Journal of Engineering Research in Robotic Intelligence (IJERRI)  |  https://ijerri.org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